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5"/>
          </w:tcPr>
          <w:p>
            <w:pPr>
              <w:spacing w:after="40"/>
            </w:pPr>
            <w:r/>
            <w:r>
              <w:rPr>
                <w:rFonts w:ascii="Times New Roman" w:hAnsi="Times New Roman"/>
                <w:b/>
                <w:sz w:val="26"/>
              </w:rPr>
              <w:t>[TÊN CÔNG TY]</w:t>
            </w:r>
          </w:p>
          <w:p>
            <w:pPr>
              <w:spacing w:after="40"/>
            </w:pPr>
            <w:r>
              <w:rPr>
                <w:rFonts w:ascii="Times New Roman" w:hAnsi="Times New Roman"/>
                <w:sz w:val="26"/>
              </w:rPr>
              <w:t>Số: ……/GGT-[viết tắt tên công ty]</w:t>
            </w:r>
          </w:p>
        </w:tc>
        <w:tc>
          <w:tcPr>
            <w:tcW w:type="dxa" w:w="4535"/>
          </w:tcPr>
          <w:p>
            <w:pPr>
              <w:spacing w:after="40"/>
              <w:jc w:val="center"/>
            </w:pPr>
            <w:r>
              <w:rPr>
                <w:rFonts w:ascii="Times New Roman" w:hAnsi="Times New Roman"/>
                <w:b/>
                <w:sz w:val="25"/>
              </w:rPr>
              <w:t>CỘNG HOÀ XÃ HỘI CHỦ NGHĨA VIỆT NAM</w:t>
            </w:r>
          </w:p>
          <w:p>
            <w:pPr>
              <w:spacing w:after="40"/>
              <w:jc w:val="center"/>
            </w:pPr>
            <w:r>
              <w:rPr>
                <w:rFonts w:ascii="Times New Roman" w:hAnsi="Times New Roman"/>
                <w:b/>
                <w:sz w:val="27"/>
              </w:rPr>
              <w:t>Độc lập - Tự do - Hạnh phúc</w:t>
            </w:r>
          </w:p>
          <w:p>
            <w:pPr>
              <w:spacing w:after="40"/>
              <w:jc w:val="center"/>
            </w:pPr>
            <w:r>
              <w:rPr>
                <w:rFonts w:ascii="Times New Roman" w:hAnsi="Times New Roman"/>
                <w:sz w:val="24"/>
              </w:rPr>
              <w:t>———————</w:t>
            </w:r>
          </w:p>
        </w:tc>
      </w:tr>
    </w:tbl>
    <w:p>
      <w:pPr>
        <w:spacing w:after="120"/>
      </w:pPr>
      <w:r>
        <w:rPr>
          <w:rFonts w:ascii="Times New Roman" w:hAnsi="Times New Roman"/>
          <w:b w:val="0"/>
          <w:i w:val="0"/>
          <w:sz w:val="27"/>
        </w:rPr>
      </w:r>
    </w:p>
    <w:p>
      <w:pPr>
        <w:spacing w:after="120"/>
        <w:jc w:val="right"/>
      </w:pPr>
      <w:r>
        <w:rPr>
          <w:rFonts w:ascii="Times New Roman" w:hAnsi="Times New Roman"/>
          <w:b w:val="0"/>
          <w:i/>
          <w:sz w:val="27"/>
        </w:rPr>
        <w:t>[Thành phố/Tỉnh], ngày …… tháng …… năm ……</w:t>
      </w:r>
    </w:p>
    <w:p>
      <w:pPr>
        <w:spacing w:after="120"/>
      </w:pPr>
      <w:r>
        <w:rPr>
          <w:rFonts w:ascii="Times New Roman" w:hAnsi="Times New Roman"/>
          <w:b w:val="0"/>
          <w:i w:val="0"/>
          <w:sz w:val="27"/>
        </w:rPr>
      </w:r>
    </w:p>
    <w:p>
      <w:pPr>
        <w:spacing w:after="40"/>
        <w:jc w:val="center"/>
      </w:pPr>
      <w:r>
        <w:rPr>
          <w:rFonts w:ascii="Times New Roman" w:hAnsi="Times New Roman"/>
          <w:b/>
          <w:i w:val="0"/>
          <w:sz w:val="30"/>
        </w:rPr>
        <w:t>GIẤY GIỚI THIỆU</w:t>
      </w:r>
    </w:p>
    <w:p>
      <w:pPr>
        <w:spacing w:after="280"/>
        <w:jc w:val="center"/>
      </w:pPr>
      <w:r>
        <w:rPr>
          <w:rFonts w:ascii="Times New Roman" w:hAnsi="Times New Roman"/>
          <w:b w:val="0"/>
          <w:i/>
          <w:sz w:val="24"/>
        </w:rPr>
        <w:t>(Kiêm công văn chỉ định khám sức khoẻ định kỳ)</w:t>
      </w:r>
    </w:p>
    <w:p>
      <w:pPr>
        <w:spacing w:after="120"/>
      </w:pPr>
      <w:r>
        <w:rPr>
          <w:rFonts w:ascii="Times New Roman" w:hAnsi="Times New Roman"/>
          <w:b/>
          <w:i w:val="0"/>
          <w:sz w:val="27"/>
        </w:rPr>
        <w:t>Kính gửi: [Tên bệnh viện/phòng khám] ……………………………………</w:t>
      </w:r>
    </w:p>
    <w:p>
      <w:pPr>
        <w:spacing w:after="120"/>
      </w:pPr>
      <w:r>
        <w:rPr>
          <w:rFonts w:ascii="Times New Roman" w:hAnsi="Times New Roman"/>
          <w:b w:val="0"/>
          <w:i w:val="0"/>
          <w:sz w:val="27"/>
        </w:rPr>
      </w:r>
    </w:p>
    <w:p>
      <w:pPr>
        <w:spacing w:after="120"/>
      </w:pPr>
      <w:r>
        <w:rPr>
          <w:rFonts w:ascii="Times New Roman" w:hAnsi="Times New Roman"/>
          <w:b w:val="0"/>
          <w:i w:val="0"/>
          <w:sz w:val="27"/>
        </w:rPr>
        <w:t>Căn cứ gói khám sức khoẻ định kỳ đã thoả thuận giữa [Tên công ty] và [Tên bệnh viện/phòng khám] theo bảng giá/báo giá số …… ngày …… tháng …… năm ……,</w:t>
      </w:r>
    </w:p>
    <w:p>
      <w:pPr>
        <w:spacing w:after="120"/>
      </w:pPr>
      <w:r>
        <w:rPr>
          <w:rFonts w:ascii="Times New Roman" w:hAnsi="Times New Roman"/>
          <w:b w:val="0"/>
          <w:i w:val="0"/>
          <w:sz w:val="27"/>
        </w:rPr>
        <w:t>[Tên công ty] trân trọng giới thiệu và đề nghị [Tên bệnh viện/phòng khám] tiếp nhận khám sức khoẻ định kỳ cho (các) nhân viên có tên dưới đây:</w:t>
      </w:r>
    </w:p>
    <w:p>
      <w:pPr>
        <w:spacing w:after="120"/>
      </w:pPr>
      <w:r>
        <w:rPr>
          <w:rFonts w:ascii="Times New Roman" w:hAnsi="Times New Roman"/>
          <w:b w:val="0"/>
          <w:i w:val="0"/>
          <w:sz w:val="27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814"/>
          </w:tcPr>
          <w:p>
            <w:r/>
            <w:r>
              <w:rPr>
                <w:rFonts w:ascii="Times New Roman" w:hAnsi="Times New Roman"/>
                <w:b/>
                <w:sz w:val="24"/>
              </w:rPr>
              <w:t>STT</w:t>
            </w:r>
          </w:p>
        </w:tc>
        <w:tc>
          <w:tcPr>
            <w:tcW w:type="dxa" w:w="1814"/>
          </w:tcPr>
          <w:p>
            <w:r/>
            <w:r>
              <w:rPr>
                <w:rFonts w:ascii="Times New Roman" w:hAnsi="Times New Roman"/>
                <w:b/>
                <w:sz w:val="24"/>
              </w:rPr>
              <w:t>Họ và tên</w:t>
            </w:r>
          </w:p>
        </w:tc>
        <w:tc>
          <w:tcPr>
            <w:tcW w:type="dxa" w:w="1814"/>
          </w:tcPr>
          <w:p>
            <w:r/>
            <w:r>
              <w:rPr>
                <w:rFonts w:ascii="Times New Roman" w:hAnsi="Times New Roman"/>
                <w:b/>
                <w:sz w:val="24"/>
              </w:rPr>
              <w:t>Số CCCD/Mã định danh</w:t>
            </w:r>
          </w:p>
        </w:tc>
        <w:tc>
          <w:tcPr>
            <w:tcW w:type="dxa" w:w="1814"/>
          </w:tcPr>
          <w:p>
            <w:r/>
            <w:r>
              <w:rPr>
                <w:rFonts w:ascii="Times New Roman" w:hAnsi="Times New Roman"/>
                <w:b/>
                <w:sz w:val="24"/>
              </w:rPr>
              <w:t>Chức danh/Bộ phận</w:t>
            </w:r>
          </w:p>
        </w:tc>
        <w:tc>
          <w:tcPr>
            <w:tcW w:type="dxa" w:w="1814"/>
          </w:tcPr>
          <w:p>
            <w:r/>
            <w:r>
              <w:rPr>
                <w:rFonts w:ascii="Times New Roman" w:hAnsi="Times New Roman"/>
                <w:b/>
                <w:sz w:val="24"/>
              </w:rPr>
              <w:t>Gói khám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Times New Roman" w:hAnsi="Times New Roman"/>
                <w:sz w:val="24"/>
              </w:rPr>
              <w:t>……………………</w:t>
            </w:r>
          </w:p>
        </w:tc>
        <w:tc>
          <w:tcPr>
            <w:tcW w:type="dxa" w:w="1814"/>
          </w:tcPr>
          <w:p>
            <w:r/>
            <w:r>
              <w:rPr>
                <w:rFonts w:ascii="Times New Roman" w:hAnsi="Times New Roman"/>
                <w:sz w:val="24"/>
              </w:rPr>
              <w:t>……………………</w:t>
            </w:r>
          </w:p>
        </w:tc>
        <w:tc>
          <w:tcPr>
            <w:tcW w:type="dxa" w:w="1814"/>
          </w:tcPr>
          <w:p>
            <w:r/>
            <w:r>
              <w:rPr>
                <w:rFonts w:ascii="Times New Roman" w:hAnsi="Times New Roman"/>
                <w:sz w:val="24"/>
              </w:rPr>
              <w:t>……………………</w:t>
            </w:r>
          </w:p>
        </w:tc>
        <w:tc>
          <w:tcPr>
            <w:tcW w:type="dxa" w:w="1814"/>
          </w:tcPr>
          <w:p>
            <w:r/>
            <w:r>
              <w:rPr>
                <w:rFonts w:ascii="Times New Roman" w:hAnsi="Times New Roman"/>
                <w:sz w:val="24"/>
              </w:rPr>
              <w:t>……………………</w:t>
            </w:r>
          </w:p>
        </w:tc>
        <w:tc>
          <w:tcPr>
            <w:tcW w:type="dxa" w:w="1814"/>
          </w:tcPr>
          <w:p>
            <w:r/>
            <w:r>
              <w:rPr>
                <w:rFonts w:ascii="Times New Roman" w:hAnsi="Times New Roman"/>
                <w:sz w:val="24"/>
              </w:rPr>
              <w:t>……………………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Times New Roman" w:hAnsi="Times New Roman"/>
                <w:sz w:val="24"/>
              </w:rPr>
              <w:t>……………………</w:t>
            </w:r>
          </w:p>
        </w:tc>
        <w:tc>
          <w:tcPr>
            <w:tcW w:type="dxa" w:w="1814"/>
          </w:tcPr>
          <w:p>
            <w:r/>
            <w:r>
              <w:rPr>
                <w:rFonts w:ascii="Times New Roman" w:hAnsi="Times New Roman"/>
                <w:sz w:val="24"/>
              </w:rPr>
              <w:t>……………………</w:t>
            </w:r>
          </w:p>
        </w:tc>
        <w:tc>
          <w:tcPr>
            <w:tcW w:type="dxa" w:w="1814"/>
          </w:tcPr>
          <w:p>
            <w:r/>
            <w:r>
              <w:rPr>
                <w:rFonts w:ascii="Times New Roman" w:hAnsi="Times New Roman"/>
                <w:sz w:val="24"/>
              </w:rPr>
              <w:t>……………………</w:t>
            </w:r>
          </w:p>
        </w:tc>
        <w:tc>
          <w:tcPr>
            <w:tcW w:type="dxa" w:w="1814"/>
          </w:tcPr>
          <w:p>
            <w:r/>
            <w:r>
              <w:rPr>
                <w:rFonts w:ascii="Times New Roman" w:hAnsi="Times New Roman"/>
                <w:sz w:val="24"/>
              </w:rPr>
              <w:t>……………………</w:t>
            </w:r>
          </w:p>
        </w:tc>
        <w:tc>
          <w:tcPr>
            <w:tcW w:type="dxa" w:w="1814"/>
          </w:tcPr>
          <w:p>
            <w:r/>
            <w:r>
              <w:rPr>
                <w:rFonts w:ascii="Times New Roman" w:hAnsi="Times New Roman"/>
                <w:sz w:val="24"/>
              </w:rPr>
              <w:t>……………………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Times New Roman" w:hAnsi="Times New Roman"/>
                <w:sz w:val="24"/>
              </w:rPr>
              <w:t>……………………</w:t>
            </w:r>
          </w:p>
        </w:tc>
        <w:tc>
          <w:tcPr>
            <w:tcW w:type="dxa" w:w="1814"/>
          </w:tcPr>
          <w:p>
            <w:r/>
            <w:r>
              <w:rPr>
                <w:rFonts w:ascii="Times New Roman" w:hAnsi="Times New Roman"/>
                <w:sz w:val="24"/>
              </w:rPr>
              <w:t>……………………</w:t>
            </w:r>
          </w:p>
        </w:tc>
        <w:tc>
          <w:tcPr>
            <w:tcW w:type="dxa" w:w="1814"/>
          </w:tcPr>
          <w:p>
            <w:r/>
            <w:r>
              <w:rPr>
                <w:rFonts w:ascii="Times New Roman" w:hAnsi="Times New Roman"/>
                <w:sz w:val="24"/>
              </w:rPr>
              <w:t>……………………</w:t>
            </w:r>
          </w:p>
        </w:tc>
        <w:tc>
          <w:tcPr>
            <w:tcW w:type="dxa" w:w="1814"/>
          </w:tcPr>
          <w:p>
            <w:r/>
            <w:r>
              <w:rPr>
                <w:rFonts w:ascii="Times New Roman" w:hAnsi="Times New Roman"/>
                <w:sz w:val="24"/>
              </w:rPr>
              <w:t>……………………</w:t>
            </w:r>
          </w:p>
        </w:tc>
        <w:tc>
          <w:tcPr>
            <w:tcW w:type="dxa" w:w="1814"/>
          </w:tcPr>
          <w:p>
            <w:r/>
            <w:r>
              <w:rPr>
                <w:rFonts w:ascii="Times New Roman" w:hAnsi="Times New Roman"/>
                <w:sz w:val="24"/>
              </w:rPr>
              <w:t>……………………</w:t>
            </w:r>
          </w:p>
        </w:tc>
      </w:tr>
    </w:tbl>
    <w:p>
      <w:pPr>
        <w:spacing w:after="120"/>
      </w:pPr>
      <w:r>
        <w:rPr>
          <w:rFonts w:ascii="Times New Roman" w:hAnsi="Times New Roman"/>
          <w:b w:val="0"/>
          <w:i w:val="0"/>
          <w:sz w:val="27"/>
        </w:rPr>
      </w:r>
    </w:p>
    <w:p>
      <w:pPr>
        <w:spacing w:after="120"/>
      </w:pPr>
      <w:r>
        <w:rPr>
          <w:rFonts w:ascii="Times New Roman" w:hAnsi="Times New Roman"/>
          <w:b w:val="0"/>
          <w:i w:val="0"/>
          <w:sz w:val="27"/>
        </w:rPr>
        <w:t>Đề nghị [Tên bệnh viện/phòng khám] thực hiện khám theo đúng nội dung gói đã thoả thuận, xuất hoá đơn giá trị gia tăng cho [Tên công ty] (không xuất hoá đơn riêng cho từng cá nhân), và chuyển kết quả khám về [Tên công ty] theo địa chỉ/email: ……………………………………</w:t>
      </w:r>
    </w:p>
    <w:p>
      <w:pPr>
        <w:spacing w:after="120"/>
      </w:pPr>
      <w:r>
        <w:rPr>
          <w:rFonts w:ascii="Times New Roman" w:hAnsi="Times New Roman"/>
          <w:b w:val="0"/>
          <w:i w:val="0"/>
          <w:sz w:val="27"/>
        </w:rPr>
        <w:t>[Tên công ty] cam kết thanh toán chi phí khám theo đúng nội dung đã thoả thuận, bằng hình thức chuyển khoản trực tiếp cho [Tên bệnh viện/phòng khám].</w:t>
      </w:r>
    </w:p>
    <w:p>
      <w:pPr>
        <w:spacing w:after="120"/>
      </w:pPr>
      <w:r>
        <w:rPr>
          <w:rFonts w:ascii="Times New Roman" w:hAnsi="Times New Roman"/>
          <w:b w:val="0"/>
          <w:i w:val="0"/>
          <w:sz w:val="27"/>
        </w:rPr>
      </w:r>
    </w:p>
    <w:p>
      <w:pPr>
        <w:spacing w:after="120"/>
      </w:pPr>
      <w:r>
        <w:rPr>
          <w:rFonts w:ascii="Times New Roman" w:hAnsi="Times New Roman"/>
          <w:b w:val="0"/>
          <w:i w:val="0"/>
          <w:sz w:val="27"/>
        </w:rPr>
        <w:t>Trân trọng cảm ơn.</w:t>
      </w:r>
    </w:p>
    <w:p>
      <w:pPr>
        <w:spacing w:after="120"/>
      </w:pPr>
      <w:r>
        <w:rPr>
          <w:rFonts w:ascii="Times New Roman" w:hAnsi="Times New Roman"/>
          <w:b w:val="0"/>
          <w:i w:val="0"/>
          <w:sz w:val="27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</w:tcPr>
          <w:p>
            <w:r/>
          </w:p>
        </w:tc>
        <w:tc>
          <w:tcPr>
            <w:tcW w:type="dxa" w:w="4536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6"/>
              </w:rPr>
              <w:t>ĐẠI DIỆN [TÊN CÔNG TY]</w:t>
            </w:r>
          </w:p>
          <w:p>
            <w:pPr>
              <w:jc w:val="center"/>
            </w:pPr>
            <w:r>
              <w:rPr>
                <w:rFonts w:ascii="Times New Roman" w:hAnsi="Times New Roman"/>
                <w:i/>
                <w:sz w:val="22"/>
              </w:rPr>
              <w:t>(Ký, ghi rõ họ tên, đóng dấu)</w:t>
            </w: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</w:tc>
      </w:tr>
    </w:tbl>
    <w:p/>
    <w:p>
      <w:pPr>
        <w:spacing w:after="0"/>
      </w:pPr>
      <w:r>
        <w:rPr>
          <w:rFonts w:ascii="Times New Roman" w:hAnsi="Times New Roman"/>
          <w:b w:val="0"/>
          <w:i/>
          <w:sz w:val="21"/>
        </w:rPr>
        <w:t>Ghi chú: mẫu này do doanh nghiệp (người sử dụng lao động) TỰ SOẠN để gửi bệnh viện/phòng khám, dùng thay hợp đồng dịch vụ dài hạn khi khám lẻ, số lượng ít — không phải mẫu do Bộ Y tế ban hành. Căn cứ: Thông tư 32/2023/TT-BYT (được sửa đổi bởi Thông tư 25/2026/TT-BYT) chỉ quy định mẫu giấy KHÁM SỨC KHOẺ, không quy định mẫu giấy giới thiệu của người sử dụng lao động — nên doanh nghiệp được tự soạn công văn theo thể thức thông dụng.</w:t>
      </w:r>
    </w:p>
    <w:sectPr w:rsidR="00FC693F" w:rsidRPr="0006063C" w:rsidSect="00034616">
      <w:pgSz w:w="11906" w:h="16838"/>
      <w:pgMar w:top="1247" w:right="1020" w:bottom="1247" w:left="181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